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8 UniFi Design Center Guide</w:t>
      </w:r>
    </w:p>
    <w:p>
      <w:pPr>
        <w:spacing w:after="20"/>
      </w:pPr>
    </w:p>
    <w:p>
      <w:pPr>
        <w:spacing w:after="80"/>
      </w:pPr>
      <w:r>
        <w:t>Use UniFi Design Center to create the visual evidence for your high value domestic network design.</w:t>
      </w:r>
    </w:p>
    <w:p>
      <w:pPr>
        <w:pStyle w:val="Heading2"/>
        <w:spacing w:after="80"/>
      </w:pPr>
      <w:r>
        <w:t>What UniFi Design Center Is Used For</w:t>
      </w:r>
    </w:p>
    <w:p>
      <w:pPr>
        <w:spacing w:after="80"/>
      </w:pPr>
      <w:r>
        <w:t>UniFi Design Center helps you plan a network before installation. For this task, use it to:</w:t>
      </w:r>
    </w:p>
    <w:p>
      <w:pPr>
        <w:pStyle w:val="ListBullet"/>
        <w:spacing w:after="80"/>
      </w:pPr>
      <w:r>
        <w:t>import or recreate the floorplan</w:t>
      </w:r>
    </w:p>
    <w:p>
      <w:pPr>
        <w:pStyle w:val="ListBullet"/>
        <w:spacing w:after="80"/>
      </w:pPr>
      <w:r>
        <w:t>place network devices</w:t>
      </w:r>
    </w:p>
    <w:p>
      <w:pPr>
        <w:pStyle w:val="ListBullet"/>
        <w:spacing w:after="80"/>
      </w:pPr>
      <w:r>
        <w:t>plan wireless access point locations</w:t>
      </w:r>
    </w:p>
    <w:p>
      <w:pPr>
        <w:pStyle w:val="ListBullet"/>
        <w:spacing w:after="80"/>
      </w:pPr>
      <w:r>
        <w:t>estimate wireless coverage</w:t>
      </w:r>
    </w:p>
    <w:p>
      <w:pPr>
        <w:pStyle w:val="ListBullet"/>
        <w:spacing w:after="80"/>
      </w:pPr>
      <w:r>
        <w:t>show camera or outdoor coverage where relevant</w:t>
      </w:r>
    </w:p>
    <w:p>
      <w:pPr>
        <w:pStyle w:val="ListBullet"/>
        <w:spacing w:after="80"/>
      </w:pPr>
      <w:r>
        <w:t>produce screenshots or exports for your submission</w:t>
      </w:r>
    </w:p>
    <w:p>
      <w:pPr>
        <w:pStyle w:val="Heading2"/>
        <w:spacing w:after="80"/>
      </w:pPr>
      <w:r>
        <w:t>Step 1: Prepare The Floorplan</w:t>
      </w:r>
    </w:p>
    <w:p>
      <w:pPr>
        <w:pStyle w:val="ListNumber"/>
        <w:spacing w:after="80"/>
      </w:pPr>
      <w:r>
        <w:t>Select a house listing with a clear floorplan.</w:t>
      </w:r>
    </w:p>
    <w:p>
      <w:pPr>
        <w:pStyle w:val="ListNumber"/>
        <w:spacing w:after="80"/>
      </w:pPr>
      <w:r>
        <w:t>Save or screenshot the floorplan for classroom assessment use.</w:t>
      </w:r>
    </w:p>
    <w:p>
      <w:pPr>
        <w:pStyle w:val="ListNumber"/>
        <w:spacing w:after="80"/>
      </w:pPr>
      <w:r>
        <w:t>Record the listing URL and date accessed.</w:t>
      </w:r>
    </w:p>
    <w:p>
      <w:pPr>
        <w:pStyle w:val="ListNumber"/>
        <w:spacing w:after="80"/>
      </w:pPr>
      <w:r>
        <w:t>If the floorplan includes a scale or room dimensions, use them to estimate size.</w:t>
      </w:r>
    </w:p>
    <w:p>
      <w:pPr>
        <w:pStyle w:val="ListNumber"/>
        <w:spacing w:after="80"/>
      </w:pPr>
      <w:r>
        <w:t>If scale is unclear, state that your scale is approximate.</w:t>
      </w:r>
    </w:p>
    <w:p>
      <w:pPr>
        <w:pStyle w:val="Heading2"/>
        <w:spacing w:after="80"/>
      </w:pPr>
      <w:r>
        <w:t>Step 2: Start The UniFi Project</w:t>
      </w:r>
    </w:p>
    <w:p>
      <w:pPr>
        <w:pStyle w:val="ListNumber"/>
        <w:spacing w:after="80"/>
      </w:pPr>
      <w:r>
        <w:t>Open UniFi Design Center.</w:t>
      </w:r>
    </w:p>
    <w:p>
      <w:pPr>
        <w:pStyle w:val="ListNumber"/>
        <w:spacing w:after="80"/>
      </w:pPr>
      <w:r>
        <w:t>Create a new project.</w:t>
      </w:r>
    </w:p>
    <w:p>
      <w:pPr>
        <w:pStyle w:val="ListNumber"/>
        <w:spacing w:after="80"/>
      </w:pPr>
      <w:r>
        <w:t>Import the floorplan image or recreate the property layout.</w:t>
      </w:r>
    </w:p>
    <w:p>
      <w:pPr>
        <w:pStyle w:val="ListNumber"/>
        <w:spacing w:after="80"/>
      </w:pPr>
      <w:r>
        <w:t>Set the scale as accurately as possible.</w:t>
      </w:r>
    </w:p>
    <w:p>
      <w:pPr>
        <w:pStyle w:val="ListNumber"/>
        <w:spacing w:after="80"/>
      </w:pPr>
      <w:r>
        <w:t>Add wall materials or wall assumptions where the tool allows.</w:t>
      </w:r>
    </w:p>
    <w:p>
      <w:pPr>
        <w:pStyle w:val="Heading2"/>
        <w:spacing w:after="80"/>
      </w:pPr>
      <w:r>
        <w:t>Step 3: Place The Network Core</w:t>
      </w:r>
    </w:p>
    <w:p>
      <w:pPr>
        <w:spacing w:after="80"/>
      </w:pPr>
      <w:r>
        <w:t>Choose a sensible network core location, such as:</w:t>
      </w:r>
    </w:p>
    <w:p>
      <w:pPr>
        <w:pStyle w:val="ListBullet"/>
        <w:spacing w:after="80"/>
      </w:pPr>
      <w:r>
        <w:t>garage data cabinet</w:t>
      </w:r>
    </w:p>
    <w:p>
      <w:pPr>
        <w:pStyle w:val="ListBullet"/>
        <w:spacing w:after="80"/>
      </w:pPr>
      <w:r>
        <w:t>utility room</w:t>
      </w:r>
    </w:p>
    <w:p>
      <w:pPr>
        <w:pStyle w:val="ListBullet"/>
        <w:spacing w:after="80"/>
      </w:pPr>
      <w:r>
        <w:t>study cupboard</w:t>
      </w:r>
    </w:p>
    <w:p>
      <w:pPr>
        <w:pStyle w:val="ListBullet"/>
        <w:spacing w:after="80"/>
      </w:pPr>
      <w:r>
        <w:t>central hallway cupboard</w:t>
      </w:r>
    </w:p>
    <w:p>
      <w:pPr>
        <w:pStyle w:val="ListBullet"/>
        <w:spacing w:after="80"/>
      </w:pPr>
      <w:r>
        <w:t>communications cupboard</w:t>
      </w:r>
    </w:p>
    <w:p>
      <w:pPr>
        <w:spacing w:after="80"/>
      </w:pPr>
      <w:r>
        <w:t>Place or label:</w:t>
      </w:r>
    </w:p>
    <w:p>
      <w:pPr>
        <w:pStyle w:val="ListBullet"/>
        <w:spacing w:after="80"/>
      </w:pPr>
      <w:r>
        <w:t>modem or ONT</w:t>
      </w:r>
    </w:p>
    <w:p>
      <w:pPr>
        <w:pStyle w:val="ListBullet"/>
        <w:spacing w:after="80"/>
      </w:pPr>
      <w:r>
        <w:t>gateway/router</w:t>
      </w:r>
    </w:p>
    <w:p>
      <w:pPr>
        <w:pStyle w:val="ListBullet"/>
        <w:spacing w:after="80"/>
      </w:pPr>
      <w:r>
        <w:t>firewall function or security gateway</w:t>
      </w:r>
    </w:p>
    <w:p>
      <w:pPr>
        <w:pStyle w:val="ListBullet"/>
        <w:spacing w:after="80"/>
      </w:pPr>
      <w:r>
        <w:t>switch or PoE switch</w:t>
      </w:r>
    </w:p>
    <w:p>
      <w:pPr>
        <w:pStyle w:val="ListBullet"/>
        <w:spacing w:after="80"/>
      </w:pPr>
      <w:r>
        <w:t>internet/WAN entry point</w:t>
      </w:r>
    </w:p>
    <w:p>
      <w:pPr>
        <w:spacing w:after="80"/>
      </w:pPr>
      <w:r>
        <w:t>Build in this order:</w:t>
      </w:r>
    </w:p>
    <w:p>
      <w:pPr>
        <w:pStyle w:val="ListNumber"/>
        <w:spacing w:after="80"/>
      </w:pPr>
      <w:r>
        <w:t>label the internet/WAN entry point</w:t>
      </w:r>
    </w:p>
    <w:p>
      <w:pPr>
        <w:pStyle w:val="ListNumber"/>
        <w:spacing w:after="80"/>
      </w:pPr>
      <w:r>
        <w:t>place the modem or ONT close to the WAN entry point</w:t>
      </w:r>
    </w:p>
    <w:p>
      <w:pPr>
        <w:pStyle w:val="ListNumber"/>
        <w:spacing w:after="80"/>
      </w:pPr>
      <w:r>
        <w:t>place the gateway/router/firewall after the modem or ONT</w:t>
      </w:r>
    </w:p>
    <w:p>
      <w:pPr>
        <w:pStyle w:val="ListNumber"/>
        <w:spacing w:after="80"/>
      </w:pPr>
      <w:r>
        <w:t>place the switch or PoE switch at the network core</w:t>
      </w:r>
    </w:p>
    <w:p>
      <w:pPr>
        <w:pStyle w:val="ListNumber"/>
        <w:spacing w:after="80"/>
      </w:pPr>
      <w:r>
        <w:t>add ethernet or PoE links from the switch</w:t>
      </w:r>
    </w:p>
    <w:p>
      <w:pPr>
        <w:pStyle w:val="ListNumber"/>
        <w:spacing w:after="80"/>
      </w:pPr>
      <w:r>
        <w:t>place access points to solve coverage needs</w:t>
      </w:r>
    </w:p>
    <w:p>
      <w:pPr>
        <w:pStyle w:val="ListNumber"/>
        <w:spacing w:after="80"/>
      </w:pPr>
      <w:r>
        <w:t>add fixed wired devices where appropriate</w:t>
      </w:r>
    </w:p>
    <w:p>
      <w:pPr>
        <w:pStyle w:val="ListNumber"/>
        <w:spacing w:after="80"/>
      </w:pPr>
      <w:r>
        <w:t>explain wireless networks or SSIDs such as family, guest, IoT, camera or home office</w:t>
      </w:r>
    </w:p>
    <w:p>
      <w:pPr>
        <w:spacing w:after="80"/>
      </w:pPr>
      <w:r>
        <w:t>This order matters because the design needs to show the network structure, not just Wi-Fi coverage.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What it is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Why it belongs in the design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Internet/WAN entry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The provider/internet side outside the home LAN.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Shows the difference between LAN and WAN.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Modem/ONT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Connects the home to the provider service.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Represents the physical internet connection before local routing.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Gateway/router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Routes traffic between LAN and WAN.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Lets local devices communicate with external networks.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Firewall function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Filters traffic according to rules.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Protects the home network and supports security decisions.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Switch or PoE switch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Central wired LAN device.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Forms the centre of the star topology and can power APs/cameras.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Ethernet/PoE links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Wired twisted pair links.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Gives reliable connections for APs and fixed high-demand devices.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Wireless access points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Provide Wi-Fi access to the wired LAN.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Supports mobile devices and whole-home coverage.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Network groups/SSIDs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Family, guest, IoT, camera or home office networks.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Shows authentication, encryption, firewall and isolation decisions.</w:t>
            </w:r>
          </w:p>
        </w:tc>
      </w:tr>
    </w:tbl>
    <w:p>
      <w:pPr>
        <w:pStyle w:val="Heading2"/>
        <w:spacing w:after="80"/>
      </w:pPr>
      <w:r>
        <w:t>Step 4: Place Access Points</w:t>
      </w:r>
    </w:p>
    <w:p>
      <w:pPr>
        <w:spacing w:after="80"/>
      </w:pPr>
      <w:r>
        <w:t>Place wireless access points to support:</w:t>
      </w:r>
    </w:p>
    <w:p>
      <w:pPr>
        <w:pStyle w:val="ListBullet"/>
        <w:spacing w:after="80"/>
      </w:pPr>
      <w:r>
        <w:t>living areas</w:t>
      </w:r>
    </w:p>
    <w:p>
      <w:pPr>
        <w:pStyle w:val="ListBullet"/>
        <w:spacing w:after="80"/>
      </w:pPr>
      <w:r>
        <w:t>study or home office</w:t>
      </w:r>
    </w:p>
    <w:p>
      <w:pPr>
        <w:pStyle w:val="ListBullet"/>
        <w:spacing w:after="80"/>
      </w:pPr>
      <w:r>
        <w:t>bedrooms</w:t>
      </w:r>
    </w:p>
    <w:p>
      <w:pPr>
        <w:pStyle w:val="ListBullet"/>
        <w:spacing w:after="80"/>
      </w:pPr>
      <w:r>
        <w:t>outdoor entertaining areas where relevant</w:t>
      </w:r>
    </w:p>
    <w:p>
      <w:pPr>
        <w:pStyle w:val="ListBullet"/>
        <w:spacing w:after="80"/>
      </w:pPr>
      <w:r>
        <w:t>high-use media or gaming spaces</w:t>
      </w:r>
    </w:p>
    <w:p>
      <w:pPr>
        <w:spacing w:after="80"/>
      </w:pPr>
      <w:r>
        <w:t>Avoid placing every access point in one corner of the house. Use the floorplan and coverage evidence to justify placement.</w:t>
      </w:r>
    </w:p>
    <w:p>
      <w:pPr>
        <w:spacing w:after="80"/>
      </w:pPr>
      <w:r>
        <w:t>For each access point, write a reason:</w:t>
      </w:r>
    </w:p>
    <w:p>
      <w:pPr>
        <w:spacing w:after="80"/>
      </w:pPr>
      <w:r>
        <w:rPr>
          <w:rFonts w:ascii="Courier New" w:hAnsi="Courier New"/>
          <w:sz w:val="18"/>
        </w:rPr>
        <w:t>This access point is placed near ______ because ______.</w:t>
      </w:r>
    </w:p>
    <w:p>
      <w:pPr>
        <w:spacing w:after="80"/>
      </w:pPr>
      <w:r>
        <w:t>Example:</w:t>
      </w:r>
    </w:p>
    <w:p>
      <w:pPr>
        <w:spacing w:after="80"/>
      </w:pPr>
      <w:r>
        <w:rPr>
          <w:rFonts w:ascii="Courier New" w:hAnsi="Courier New"/>
          <w:sz w:val="18"/>
        </w:rPr>
        <w:t>This access point is placed near the upstairs bedrooms because the heatmap shows weak coverage from the ground-floor access point and students may use laptops or phones in those rooms.</w:t>
      </w:r>
    </w:p>
    <w:p>
      <w:pPr>
        <w:pStyle w:val="Heading2"/>
        <w:spacing w:after="80"/>
      </w:pPr>
      <w:r>
        <w:t>Step 5: Plan Wired Links</w:t>
      </w:r>
    </w:p>
    <w:p>
      <w:pPr>
        <w:spacing w:after="80"/>
      </w:pPr>
      <w:r>
        <w:t>Use wired ethernet for fixed or high-demand devices where suitable:</w:t>
      </w:r>
    </w:p>
    <w:p>
      <w:pPr>
        <w:pStyle w:val="ListBullet"/>
        <w:spacing w:after="80"/>
      </w:pPr>
      <w:r>
        <w:t>access points</w:t>
      </w:r>
    </w:p>
    <w:p>
      <w:pPr>
        <w:pStyle w:val="ListBullet"/>
        <w:spacing w:after="80"/>
      </w:pPr>
      <w:r>
        <w:t>cameras</w:t>
      </w:r>
    </w:p>
    <w:p>
      <w:pPr>
        <w:pStyle w:val="ListBullet"/>
        <w:spacing w:after="80"/>
      </w:pPr>
      <w:r>
        <w:t>home office desk</w:t>
      </w:r>
    </w:p>
    <w:p>
      <w:pPr>
        <w:pStyle w:val="ListBullet"/>
        <w:spacing w:after="80"/>
      </w:pPr>
      <w:r>
        <w:t>TV/media area</w:t>
      </w:r>
    </w:p>
    <w:p>
      <w:pPr>
        <w:pStyle w:val="ListBullet"/>
        <w:spacing w:after="80"/>
      </w:pPr>
      <w:r>
        <w:t>gaming area</w:t>
      </w:r>
    </w:p>
    <w:p>
      <w:pPr>
        <w:pStyle w:val="ListBullet"/>
        <w:spacing w:after="80"/>
      </w:pPr>
      <w:r>
        <w:t>NAS or home server</w:t>
      </w:r>
    </w:p>
    <w:p>
      <w:pPr>
        <w:pStyle w:val="ListBullet"/>
        <w:spacing w:after="80"/>
      </w:pPr>
      <w:r>
        <w:t>printer</w:t>
      </w:r>
    </w:p>
    <w:p>
      <w:pPr>
        <w:spacing w:after="80"/>
      </w:pPr>
      <w:r>
        <w:t>Label these as ethernet, twisted pair or PoE where relevant.</w:t>
      </w:r>
    </w:p>
    <w:p>
      <w:pPr>
        <w:spacing w:after="80"/>
      </w:pPr>
      <w:r>
        <w:t>For each wired link, write a reason:</w:t>
      </w:r>
    </w:p>
    <w:p>
      <w:pPr>
        <w:spacing w:after="80"/>
      </w:pPr>
      <w:r>
        <w:rPr>
          <w:rFonts w:ascii="Courier New" w:hAnsi="Courier New"/>
          <w:sz w:val="18"/>
        </w:rPr>
        <w:t>This device uses ethernet because ______.</w:t>
      </w:r>
    </w:p>
    <w:p>
      <w:pPr>
        <w:spacing w:after="80"/>
      </w:pPr>
      <w:r>
        <w:t>Example:</w:t>
      </w:r>
    </w:p>
    <w:p>
      <w:pPr>
        <w:spacing w:after="80"/>
      </w:pPr>
      <w:r>
        <w:rPr>
          <w:rFonts w:ascii="Courier New" w:hAnsi="Courier New"/>
          <w:sz w:val="18"/>
        </w:rPr>
        <w:t>The home office dock uses ethernet because video calls and file access need a stable connection and the device stays in one place.</w:t>
      </w:r>
    </w:p>
    <w:p>
      <w:pPr>
        <w:pStyle w:val="Heading2"/>
        <w:spacing w:after="80"/>
      </w:pPr>
      <w:r>
        <w:t>Step 6: Screenshot Required Evidence</w:t>
      </w:r>
    </w:p>
    <w:p>
      <w:pPr>
        <w:spacing w:after="80"/>
      </w:pPr>
      <w:r>
        <w:t>Your submission should include:</w:t>
      </w:r>
    </w:p>
    <w:p>
      <w:pPr>
        <w:pStyle w:val="ListBullet"/>
        <w:spacing w:after="80"/>
      </w:pPr>
      <w:r>
        <w:t>source floorplan or property source record</w:t>
      </w:r>
    </w:p>
    <w:p>
      <w:pPr>
        <w:pStyle w:val="ListBullet"/>
        <w:spacing w:after="80"/>
      </w:pPr>
      <w:r>
        <w:t>UniFi floorplan with devices placed</w:t>
      </w:r>
    </w:p>
    <w:p>
      <w:pPr>
        <w:pStyle w:val="ListBullet"/>
        <w:spacing w:after="80"/>
      </w:pPr>
      <w:r>
        <w:t>Wi-Fi coverage or heatmap evidence</w:t>
      </w:r>
    </w:p>
    <w:p>
      <w:pPr>
        <w:pStyle w:val="ListBullet"/>
        <w:spacing w:after="80"/>
      </w:pPr>
      <w:r>
        <w:t>device list or visible device labels</w:t>
      </w:r>
    </w:p>
    <w:p>
      <w:pPr>
        <w:pStyle w:val="ListBullet"/>
        <w:spacing w:after="80"/>
      </w:pPr>
      <w:r>
        <w:t>any camera/outdoor coverage evidence if used</w:t>
      </w:r>
    </w:p>
    <w:p>
      <w:pPr>
        <w:pStyle w:val="ListBullet"/>
        <w:spacing w:after="80"/>
      </w:pPr>
      <w:r>
        <w:t>logical topology section showing how the devices connect</w:t>
      </w:r>
    </w:p>
    <w:p>
      <w:pPr>
        <w:pStyle w:val="Heading2"/>
        <w:spacing w:after="80"/>
      </w:pPr>
      <w:r>
        <w:t>Step 7: Check Before Submission</w:t>
      </w:r>
    </w:p>
    <w:p>
      <w:pPr>
        <w:spacing w:after="80"/>
      </w:pPr>
      <w:r>
        <w:t>Before you submit, check:</w:t>
      </w:r>
    </w:p>
    <w:p>
      <w:pPr>
        <w:pStyle w:val="ListBullet"/>
        <w:spacing w:after="80"/>
      </w:pPr>
      <w:r>
        <w:t>every major device shown in UniFi is explained in your written justification</w:t>
      </w:r>
    </w:p>
    <w:p>
      <w:pPr>
        <w:pStyle w:val="ListBullet"/>
        <w:spacing w:after="80"/>
      </w:pPr>
      <w:r>
        <w:t>every major written recommendation appears in the design evidence</w:t>
      </w:r>
    </w:p>
    <w:p>
      <w:pPr>
        <w:pStyle w:val="ListBullet"/>
        <w:spacing w:after="80"/>
      </w:pPr>
      <w:r>
        <w:t>access points are placed for coverage, not decoration</w:t>
      </w:r>
    </w:p>
    <w:p>
      <w:pPr>
        <w:pStyle w:val="ListBullet"/>
        <w:spacing w:after="80"/>
      </w:pPr>
      <w:r>
        <w:t>wired links are used for fixed high-demand devices</w:t>
      </w:r>
    </w:p>
    <w:p>
      <w:pPr>
        <w:pStyle w:val="ListBullet"/>
        <w:spacing w:after="80"/>
      </w:pPr>
      <w:r>
        <w:t>guest/IoT/private network separation is explained</w:t>
      </w:r>
    </w:p>
    <w:p>
      <w:pPr>
        <w:pStyle w:val="ListBullet"/>
        <w:spacing w:after="80"/>
      </w:pPr>
      <w:r>
        <w:t>limitations are stated if scale or wall materials were estimated</w:t>
      </w:r>
    </w:p>
    <w:p>
      <w:pPr>
        <w:pStyle w:val="Heading2"/>
        <w:spacing w:after="80"/>
      </w:pPr>
      <w:r>
        <w:t>Common UniFi Design Mistakes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Mistake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Fix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Using a floorplan screenshot without any network design evidence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Import or recreate the floorplan and add network devices.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Placing one router and no access points in a large house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Use multiple access points where coverage requires it.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Ignoring wall materials or house size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State assumptions and use coverage evidence to support placement.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Showing only Wi-Fi coverage and no logical topology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Add a topology section explaining WAN, LAN, switch, APs and clients.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Adding premium devices with no reason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Link every device to a floorplan need, user need, reliability need or security need.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9E7B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003A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