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8 Network Design Guide</w:t>
      </w:r>
    </w:p>
    <w:p>
      <w:pPr>
        <w:spacing w:after="20"/>
      </w:pPr>
    </w:p>
    <w:p>
      <w:pPr>
        <w:spacing w:after="80"/>
      </w:pPr>
      <w:r>
        <w:t>This guide helps you build a clear, assessable high value domestic network design using a real floorplan and UniFi Design Center evidence.</w:t>
      </w:r>
    </w:p>
    <w:p>
      <w:pPr>
        <w:pStyle w:val="Heading2"/>
        <w:spacing w:after="80"/>
      </w:pPr>
      <w:r>
        <w:t>Step 1: Select A Suitable Property</w:t>
      </w:r>
    </w:p>
    <w:p>
      <w:pPr>
        <w:spacing w:after="80"/>
      </w:pPr>
      <w:r>
        <w:t>Choose a house listing from realestate.com.au that includes a clear floorplan.</w:t>
      </w:r>
    </w:p>
    <w:p>
      <w:pPr>
        <w:spacing w:after="80"/>
      </w:pPr>
      <w:r>
        <w:t>Choose a property that has enough network design complexity, such as:</w:t>
      </w:r>
    </w:p>
    <w:p>
      <w:pPr>
        <w:pStyle w:val="ListBullet"/>
        <w:spacing w:after="80"/>
      </w:pPr>
      <w:r>
        <w:t>multiple bedrooms</w:t>
      </w:r>
    </w:p>
    <w:p>
      <w:pPr>
        <w:pStyle w:val="ListBullet"/>
        <w:spacing w:after="80"/>
      </w:pPr>
      <w:r>
        <w:t>study or home office</w:t>
      </w:r>
    </w:p>
    <w:p>
      <w:pPr>
        <w:pStyle w:val="ListBullet"/>
        <w:spacing w:after="80"/>
      </w:pPr>
      <w:r>
        <w:t>theatre, games room or large living area</w:t>
      </w:r>
    </w:p>
    <w:p>
      <w:pPr>
        <w:pStyle w:val="ListBullet"/>
        <w:spacing w:after="80"/>
      </w:pPr>
      <w:r>
        <w:t>garage or workshop</w:t>
      </w:r>
    </w:p>
    <w:p>
      <w:pPr>
        <w:pStyle w:val="ListBullet"/>
        <w:spacing w:after="80"/>
      </w:pPr>
      <w:r>
        <w:t>outdoor entertaining area</w:t>
      </w:r>
    </w:p>
    <w:p>
      <w:pPr>
        <w:pStyle w:val="ListBullet"/>
        <w:spacing w:after="80"/>
      </w:pPr>
      <w:r>
        <w:t>multiple storeys</w:t>
      </w:r>
    </w:p>
    <w:p>
      <w:pPr>
        <w:pStyle w:val="ListBullet"/>
        <w:spacing w:after="80"/>
      </w:pPr>
      <w:r>
        <w:t>security camera or smart home opportunities</w:t>
      </w:r>
    </w:p>
    <w:p>
      <w:pPr>
        <w:spacing w:after="80"/>
      </w:pPr>
      <w:r>
        <w:t>Avoid tiny or unclear floorplans because they make the network design too shallow.</w:t>
      </w:r>
    </w:p>
    <w:p>
      <w:pPr>
        <w:pStyle w:val="Heading2"/>
        <w:spacing w:after="80"/>
      </w:pPr>
      <w:r>
        <w:t>Step 2: Analyse The Requirements</w:t>
      </w:r>
    </w:p>
    <w:p>
      <w:pPr>
        <w:spacing w:after="80"/>
      </w:pPr>
      <w:r>
        <w:t>Do not start by placing access points. Start by reading the floorplan like a client brief.</w:t>
      </w:r>
    </w:p>
    <w:p>
      <w:pPr>
        <w:spacing w:after="80"/>
      </w:pPr>
      <w:r>
        <w:t>Ask:</w:t>
      </w:r>
    </w:p>
    <w:p>
      <w:pPr>
        <w:pStyle w:val="ListBullet"/>
        <w:spacing w:after="80"/>
      </w:pPr>
      <w:r>
        <w:t>Where will people work, study, stream or game?</w:t>
      </w:r>
    </w:p>
    <w:p>
      <w:pPr>
        <w:pStyle w:val="ListBullet"/>
        <w:spacing w:after="80"/>
      </w:pPr>
      <w:r>
        <w:t>Where are fixed devices likely to need ethernet?</w:t>
      </w:r>
    </w:p>
    <w:p>
      <w:pPr>
        <w:pStyle w:val="ListBullet"/>
        <w:spacing w:after="80"/>
      </w:pPr>
      <w:r>
        <w:t>Which spaces need strong Wi-Fi?</w:t>
      </w:r>
    </w:p>
    <w:p>
      <w:pPr>
        <w:pStyle w:val="ListBullet"/>
        <w:spacing w:after="80"/>
      </w:pPr>
      <w:r>
        <w:t>Which outdoor areas need coverage?</w:t>
      </w:r>
    </w:p>
    <w:p>
      <w:pPr>
        <w:pStyle w:val="ListBullet"/>
        <w:spacing w:after="80"/>
      </w:pPr>
      <w:r>
        <w:t>Which smart home, IoT or camera devices need network access?</w:t>
      </w:r>
    </w:p>
    <w:p>
      <w:pPr>
        <w:pStyle w:val="ListBullet"/>
        <w:spacing w:after="80"/>
      </w:pPr>
      <w:r>
        <w:t>Which devices should be separated from the main private network?</w:t>
      </w:r>
    </w:p>
    <w:p>
      <w:pPr>
        <w:pStyle w:val="ListBullet"/>
        <w:spacing w:after="80"/>
      </w:pPr>
      <w:r>
        <w:t>Where would the internet service likely enter the house?</w:t>
      </w:r>
    </w:p>
    <w:p>
      <w:pPr>
        <w:pStyle w:val="ListBullet"/>
        <w:spacing w:after="80"/>
      </w:pPr>
      <w:r>
        <w:t>Where could a central network cabinet or rack be located?</w:t>
      </w:r>
    </w:p>
    <w:p>
      <w:pPr>
        <w:pStyle w:val="Heading2"/>
        <w:spacing w:after="80"/>
      </w:pPr>
      <w:r>
        <w:t>Step 3: Identify The Network Type</w:t>
      </w:r>
    </w:p>
    <w:p>
      <w:pPr>
        <w:spacing w:after="80"/>
      </w:pPr>
      <w:r>
        <w:t xml:space="preserve">The home needs a </w:t>
      </w:r>
      <w:r>
        <w:rPr>
          <w:b/>
        </w:rPr>
        <w:t>local area network (LAN)</w:t>
      </w:r>
      <w:r>
        <w:t xml:space="preserve"> because devices inside the property need to share local network access.</w:t>
      </w:r>
    </w:p>
    <w:p>
      <w:pPr>
        <w:spacing w:after="80"/>
      </w:pPr>
      <w:r>
        <w:t xml:space="preserve">The home also needs a </w:t>
      </w:r>
      <w:r>
        <w:rPr>
          <w:b/>
        </w:rPr>
        <w:t>wide area network (WAN)</w:t>
      </w:r>
      <w:r>
        <w:t xml:space="preserve"> connection because the LAN connects to an internet service provider.</w:t>
      </w:r>
    </w:p>
    <w:p>
      <w:pPr>
        <w:spacing w:after="80"/>
      </w:pPr>
      <w:r>
        <w:t xml:space="preserve">A </w:t>
      </w:r>
      <w:r>
        <w:rPr>
          <w:b/>
        </w:rPr>
        <w:t>personal area network (PAN)</w:t>
      </w:r>
      <w:r>
        <w:t xml:space="preserve"> may apply to very short-range personal devices, such as a phone connected to earbuds or a smartwatch. Do not describe the whole house network as a PAN.</w:t>
      </w:r>
    </w:p>
    <w:p>
      <w:pPr>
        <w:pStyle w:val="Heading2"/>
        <w:spacing w:after="80"/>
      </w:pPr>
      <w:r>
        <w:t>Step 4: Choose The Topology</w:t>
      </w:r>
    </w:p>
    <w:p>
      <w:pPr>
        <w:spacing w:after="80"/>
      </w:pPr>
      <w:r>
        <w:t xml:space="preserve">Use a </w:t>
      </w:r>
      <w:r>
        <w:rPr>
          <w:b/>
        </w:rPr>
        <w:t>star topology</w:t>
      </w:r>
      <w:r>
        <w:t xml:space="preserve"> for the main domestic LAN. In a star topology, wired devices connect back to a central point, usually a switch or PoE switch. Wireless access points also connect back to the LAN.</w:t>
      </w:r>
    </w:p>
    <w:p>
      <w:pPr>
        <w:spacing w:after="80"/>
      </w:pPr>
      <w:r>
        <w:t>Why this suits the scenario:</w:t>
      </w:r>
    </w:p>
    <w:p>
      <w:pPr>
        <w:pStyle w:val="ListBullet"/>
        <w:spacing w:after="80"/>
      </w:pPr>
      <w:r>
        <w:t>it is common in modern homes</w:t>
      </w:r>
    </w:p>
    <w:p>
      <w:pPr>
        <w:pStyle w:val="ListBullet"/>
        <w:spacing w:after="80"/>
      </w:pPr>
      <w:r>
        <w:t>it supports reliable ethernet runs to key rooms</w:t>
      </w:r>
    </w:p>
    <w:p>
      <w:pPr>
        <w:pStyle w:val="ListBullet"/>
        <w:spacing w:after="80"/>
      </w:pPr>
      <w:r>
        <w:t>it allows central management and troubleshooting</w:t>
      </w:r>
    </w:p>
    <w:p>
      <w:pPr>
        <w:pStyle w:val="ListBullet"/>
        <w:spacing w:after="80"/>
      </w:pPr>
      <w:r>
        <w:t>it supports PoE access points and cameras</w:t>
      </w:r>
    </w:p>
    <w:p>
      <w:pPr>
        <w:pStyle w:val="ListBullet"/>
        <w:spacing w:after="80"/>
      </w:pPr>
      <w:r>
        <w:t>one cable fault usually affects one device or area, not the whole LAN</w:t>
      </w:r>
    </w:p>
    <w:p>
      <w:pPr>
        <w:pStyle w:val="Heading2"/>
        <w:spacing w:after="80"/>
      </w:pPr>
      <w:r>
        <w:t>Step 5: Place The Main Hardware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Hardware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Function in this design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Modem or ONT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Connects the home to the internet service provider connection.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Gateway/router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Directs traffic between the home LAN and the internet/WAN.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Firewall function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Controls allowed and blocked traffic to protect the network.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Switch or PoE switch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Connects wired LAN devices and may provide power to access points or cameras.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Wireless access point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Provides Wi-Fi coverage to rooms and outdoor spaces.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NIC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Allows a device to connect to the network using wired or wireless hardware.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Bridge or mesh link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Connects a network segment where cabling is not available; use only if justified.</w:t>
            </w:r>
          </w:p>
        </w:tc>
      </w:tr>
    </w:tbl>
    <w:p>
      <w:pPr>
        <w:spacing w:after="80"/>
      </w:pPr>
      <w:r>
        <w:t>Use this build order when placing and explaining hardware: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Build order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Place or explain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Why it is needed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Evidence to include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1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Internet/WAN entry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Shows the external provider network before the home LAN.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WAN or ISP entry label, or a written assumption.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2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Modem or ONT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Connects the property to the internet service.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Label in topology or UniFi evidence.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3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Gateway/router/firewall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Routes between LAN and WAN and filters traffic.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Topology path and security reason.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4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Switch or PoE switch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Central point for wired star topology.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Switch label and branches to APs/devices.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5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Ethernet/PoE links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Reliable wired backhaul and fixed-device connections.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Ethernet/PoE labels or hardware/media table.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6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Wireless access points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Wi-Fi access to the wired LAN.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Device placement and heatmap screenshots.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7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Wired fixed devices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Shows suitable media selection for high-demand devices.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Device list and written justification.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8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Guest/IoT/camera/home office networks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Shows security and segmentation decisions.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Security/topology explanation.</w:t>
            </w:r>
          </w:p>
        </w:tc>
      </w:tr>
      <w:tr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9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Optional bridge/mesh/cellular/satellite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Solves a specific limitation only where needed.</w:t>
            </w:r>
          </w:p>
        </w:tc>
        <w:tc>
          <w:tcPr>
            <w:tcW w:type="dxa" w:w="216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Limitation plus reason for the optional link.</w:t>
            </w:r>
          </w:p>
        </w:tc>
      </w:tr>
    </w:tbl>
    <w:p>
      <w:pPr>
        <w:pStyle w:val="Heading2"/>
        <w:spacing w:after="80"/>
      </w:pPr>
      <w:r>
        <w:t>Step 6: Select Transmission Media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Medium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Suitable use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Reason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Twisted pair ethernet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Access points, cameras, home office, TV/media, gaming console, printer, NAS and switch links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Reliable, common and suitable for fixed high-demand devices.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Wireless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Phones, tablets, laptops and guest devices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Supports mobile devices and flexible use across the house.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Fibre optic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ISP connection or high-speed link if supplied or justified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High bandwidth and long-distance performance. Often appears as the provider connection rather than internal home cabling.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Cellular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Backup internet option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Useful for high availability if the primary internet fails.</w:t>
            </w:r>
          </w:p>
        </w:tc>
      </w:tr>
      <w:tr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Satellite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Rural or remote properties with limited fixed internet options</w:t>
            </w:r>
          </w:p>
        </w:tc>
        <w:tc>
          <w:tcPr>
            <w:tcW w:type="dxa" w:w="288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Use only if the selected property location or scenario makes it reasonable.</w:t>
            </w:r>
          </w:p>
        </w:tc>
      </w:tr>
    </w:tbl>
    <w:p>
      <w:pPr>
        <w:pStyle w:val="Heading2"/>
        <w:spacing w:after="80"/>
      </w:pPr>
      <w:r>
        <w:t>Step 7: Use UniFi Design Center Evidence</w:t>
      </w:r>
    </w:p>
    <w:p>
      <w:pPr>
        <w:spacing w:after="80"/>
      </w:pPr>
      <w:r>
        <w:t>Your UniFi evidence should show:</w:t>
      </w:r>
    </w:p>
    <w:p>
      <w:pPr>
        <w:pStyle w:val="ListBullet"/>
        <w:spacing w:after="80"/>
      </w:pPr>
      <w:r>
        <w:t>the floorplan imported or recreated</w:t>
      </w:r>
    </w:p>
    <w:p>
      <w:pPr>
        <w:pStyle w:val="ListBullet"/>
        <w:spacing w:after="80"/>
      </w:pPr>
      <w:r>
        <w:t>access point placement</w:t>
      </w:r>
    </w:p>
    <w:p>
      <w:pPr>
        <w:pStyle w:val="ListBullet"/>
        <w:spacing w:after="80"/>
      </w:pPr>
      <w:r>
        <w:t>coverage or heatmap evidence</w:t>
      </w:r>
    </w:p>
    <w:p>
      <w:pPr>
        <w:pStyle w:val="ListBullet"/>
        <w:spacing w:after="80"/>
      </w:pPr>
      <w:r>
        <w:t>important wired device locations</w:t>
      </w:r>
    </w:p>
    <w:p>
      <w:pPr>
        <w:pStyle w:val="ListBullet"/>
        <w:spacing w:after="80"/>
      </w:pPr>
      <w:r>
        <w:t>network core location</w:t>
      </w:r>
    </w:p>
    <w:p>
      <w:pPr>
        <w:pStyle w:val="ListBullet"/>
        <w:spacing w:after="80"/>
      </w:pPr>
      <w:r>
        <w:t>device list or export evidence where possible</w:t>
      </w:r>
    </w:p>
    <w:p>
      <w:pPr>
        <w:pStyle w:val="ListBullet"/>
        <w:spacing w:after="80"/>
      </w:pPr>
      <w:r>
        <w:t>screenshot evidence that supports your choices</w:t>
      </w:r>
    </w:p>
    <w:p>
      <w:pPr>
        <w:spacing w:after="80"/>
      </w:pPr>
      <w:r>
        <w:t>The UniFi floorplan is not enough by itself. You also need to explain the logical network structure.</w:t>
      </w:r>
    </w:p>
    <w:p>
      <w:pPr>
        <w:pStyle w:val="Heading2"/>
        <w:spacing w:after="80"/>
      </w:pPr>
      <w:r>
        <w:t>Step 8: Add Network Segmentation</w:t>
      </w:r>
    </w:p>
    <w:p>
      <w:pPr>
        <w:spacing w:after="80"/>
      </w:pPr>
      <w:r>
        <w:t>For a high value domestic network, a single flat Wi-Fi network is usually weak.</w:t>
      </w:r>
    </w:p>
    <w:p>
      <w:pPr>
        <w:spacing w:after="80"/>
      </w:pPr>
      <w:r>
        <w:t>Consider:</w:t>
      </w:r>
    </w:p>
    <w:p>
      <w:pPr>
        <w:pStyle w:val="ListBullet"/>
        <w:spacing w:after="80"/>
      </w:pPr>
      <w:r>
        <w:t>family/private network</w:t>
      </w:r>
    </w:p>
    <w:p>
      <w:pPr>
        <w:pStyle w:val="ListBullet"/>
        <w:spacing w:after="80"/>
      </w:pPr>
      <w:r>
        <w:t>guest network</w:t>
      </w:r>
    </w:p>
    <w:p>
      <w:pPr>
        <w:pStyle w:val="ListBullet"/>
        <w:spacing w:after="80"/>
      </w:pPr>
      <w:r>
        <w:t>IoT or smart home network</w:t>
      </w:r>
    </w:p>
    <w:p>
      <w:pPr>
        <w:pStyle w:val="ListBullet"/>
        <w:spacing w:after="80"/>
      </w:pPr>
      <w:r>
        <w:t>camera/security network</w:t>
      </w:r>
    </w:p>
    <w:p>
      <w:pPr>
        <w:pStyle w:val="ListBullet"/>
        <w:spacing w:after="80"/>
      </w:pPr>
      <w:r>
        <w:t>home office network</w:t>
      </w:r>
    </w:p>
    <w:p>
      <w:pPr>
        <w:spacing w:after="80"/>
      </w:pPr>
      <w:r>
        <w:t>Explain why separation helps. For example, guest devices should not access private computers, NAS devices, cameras or smart home management interfaces.</w:t>
      </w:r>
    </w:p>
    <w:p>
      <w:pPr>
        <w:pStyle w:val="Heading2"/>
        <w:spacing w:after="80"/>
      </w:pPr>
      <w:r>
        <w:t>Step 9: Add Protocols</w:t>
      </w:r>
    </w:p>
    <w:p>
      <w:pPr>
        <w:spacing w:after="80"/>
      </w:pPr>
      <w:r>
        <w:t>Email uses communication protocols:</w:t>
      </w:r>
    </w:p>
    <w:p>
      <w:pPr>
        <w:pStyle w:val="ListBullet"/>
        <w:spacing w:after="80"/>
      </w:pPr>
      <w:r>
        <w:rPr>
          <w:b/>
        </w:rPr>
        <w:t>SMTP</w:t>
      </w:r>
      <w:r>
        <w:t xml:space="preserve"> sends outgoing email.</w:t>
      </w:r>
    </w:p>
    <w:p>
      <w:pPr>
        <w:pStyle w:val="ListBullet"/>
        <w:spacing w:after="80"/>
      </w:pPr>
      <w:r>
        <w:rPr>
          <w:b/>
        </w:rPr>
        <w:t>IMAP</w:t>
      </w:r>
      <w:r>
        <w:t xml:space="preserve"> lets users access and sync mailbox folders across devices.</w:t>
      </w:r>
    </w:p>
    <w:p>
      <w:pPr>
        <w:pStyle w:val="ListBullet"/>
        <w:spacing w:after="80"/>
      </w:pPr>
      <w:r>
        <w:rPr>
          <w:b/>
        </w:rPr>
        <w:t>POP3</w:t>
      </w:r>
      <w:r>
        <w:t xml:space="preserve"> downloads email to a device and is less suitable if users need email across multiple devices.</w:t>
      </w:r>
    </w:p>
    <w:p>
      <w:pPr>
        <w:spacing w:after="80"/>
      </w:pPr>
      <w:r>
        <w:t>For a home office user, IMAP is usually more suitable than POP3 because the user may access email from a laptop, phone and web browser.</w:t>
      </w:r>
    </w:p>
    <w:p>
      <w:pPr>
        <w:pStyle w:val="Heading2"/>
        <w:spacing w:after="80"/>
      </w:pPr>
      <w:r>
        <w:t>Step 10: Add Security And Malware Responses</w:t>
      </w:r>
    </w:p>
    <w:p>
      <w:pPr>
        <w:spacing w:after="80"/>
      </w:pPr>
      <w:r>
        <w:t>The design should include:</w:t>
      </w:r>
    </w:p>
    <w:p>
      <w:pPr>
        <w:pStyle w:val="ListBullet"/>
        <w:spacing w:after="80"/>
      </w:pPr>
      <w:r>
        <w:t>strong authentication for network administration and Wi-Fi access</w:t>
      </w:r>
    </w:p>
    <w:p>
      <w:pPr>
        <w:pStyle w:val="ListBullet"/>
        <w:spacing w:after="80"/>
      </w:pPr>
      <w:r>
        <w:t>separate guest and IoT access where suitable</w:t>
      </w:r>
    </w:p>
    <w:p>
      <w:pPr>
        <w:pStyle w:val="ListBullet"/>
        <w:spacing w:after="80"/>
      </w:pPr>
      <w:r>
        <w:t>encryption for Wi-Fi and cloud services</w:t>
      </w:r>
    </w:p>
    <w:p>
      <w:pPr>
        <w:pStyle w:val="ListBullet"/>
        <w:spacing w:after="80"/>
      </w:pPr>
      <w:r>
        <w:t>firewall rules or isolation between networks</w:t>
      </w:r>
    </w:p>
    <w:p>
      <w:pPr>
        <w:pStyle w:val="ListBullet"/>
        <w:spacing w:after="80"/>
      </w:pPr>
      <w:r>
        <w:t>anti-malware protection, updates and safe-use practices</w:t>
      </w:r>
    </w:p>
    <w:p>
      <w:pPr>
        <w:spacing w:after="80"/>
      </w:pPr>
      <w:r>
        <w:t>Link the protection to real risks such as cameras, smart locks, home office files, personal data, payment information and guest devices.</w:t>
      </w:r>
    </w:p>
    <w:p>
      <w:pPr>
        <w:pStyle w:val="Heading2"/>
        <w:spacing w:after="80"/>
      </w:pPr>
      <w:r>
        <w:t>Step 11: Justify The Design</w:t>
      </w:r>
    </w:p>
    <w:p>
      <w:pPr>
        <w:spacing w:after="80"/>
      </w:pPr>
      <w:r>
        <w:t>A strong justification follows this pattern:</w:t>
      </w:r>
    </w:p>
    <w:p>
      <w:pPr>
        <w:spacing w:after="80"/>
      </w:pPr>
      <w:r>
        <w:rPr>
          <w:rFonts w:ascii="Courier New" w:hAnsi="Courier New"/>
          <w:sz w:val="18"/>
        </w:rPr>
        <w:t>I recommend [design choice] because [technical reason]. This suits the selected property because [floorplan, user, device, reliability or security link].</w:t>
      </w:r>
    </w:p>
    <w:p>
      <w:pPr>
        <w:spacing w:after="80"/>
      </w:pPr>
      <w:r>
        <w:t>Example:</w:t>
      </w:r>
    </w:p>
    <w:p>
      <w:pPr>
        <w:spacing w:after="80"/>
      </w:pPr>
      <w:r>
        <w:t>I recommend using ceiling-mounted wireless access points connected by twisted pair ethernet to a PoE switch because this gives reliable backhaul and central power. This suits the selected property because the living area, bedrooms and outdoor entertaining area need strong Wi-Fi coverage without relying on a weak single router in one corner of the house.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9E7B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