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8 Justification Template</w:t>
      </w:r>
    </w:p>
    <w:p>
      <w:pPr>
        <w:spacing w:after="20"/>
      </w:pPr>
    </w:p>
    <w:p>
      <w:pPr>
        <w:spacing w:after="80"/>
      </w:pPr>
      <w:r>
        <w:t>Use this template to organise your Task 8 written response.</w:t>
      </w:r>
    </w:p>
    <w:p>
      <w:pPr>
        <w:pStyle w:val="Heading2"/>
        <w:spacing w:after="80"/>
      </w:pPr>
      <w:r>
        <w:t>1. Property Source Record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Details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Listing title or short description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Suburb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realestate.com.au URL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Date accessed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Floorplan scale or assumption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</w:tbl>
    <w:p>
      <w:pPr>
        <w:spacing w:after="80"/>
      </w:pPr>
      <w:r>
        <w:t>Do not publish the real estate floorplan or address outside the assessment submission.</w:t>
      </w:r>
    </w:p>
    <w:p>
      <w:pPr>
        <w:pStyle w:val="Heading2"/>
        <w:spacing w:after="80"/>
      </w:pPr>
      <w:r>
        <w:t>2. Property Requirements</w:t>
      </w:r>
    </w:p>
    <w:p>
      <w:pPr>
        <w:spacing w:after="80"/>
      </w:pPr>
      <w:r>
        <w:t>The selected property needs:</w:t>
      </w:r>
    </w:p>
    <w:p>
      <w:pPr>
        <w:pStyle w:val="ListBullet"/>
        <w:spacing w:after="80"/>
      </w:pPr>
      <w:r>
        <w:t>________________________________</w:t>
      </w:r>
    </w:p>
    <w:p>
      <w:pPr>
        <w:pStyle w:val="ListBullet"/>
        <w:spacing w:after="80"/>
      </w:pPr>
      <w:r>
        <w:t>________________________________</w:t>
      </w:r>
    </w:p>
    <w:p>
      <w:pPr>
        <w:pStyle w:val="ListBullet"/>
        <w:spacing w:after="80"/>
      </w:pPr>
      <w:r>
        <w:t>________________________________</w:t>
      </w:r>
    </w:p>
    <w:p>
      <w:pPr>
        <w:pStyle w:val="ListBullet"/>
        <w:spacing w:after="80"/>
      </w:pPr>
      <w:r>
        <w:t>________________________________</w:t>
      </w:r>
    </w:p>
    <w:p>
      <w:pPr>
        <w:spacing w:after="80"/>
      </w:pPr>
      <w:r>
        <w:t>Important rooms or zones that affect the design:</w:t>
      </w:r>
    </w:p>
    <w:p>
      <w:pPr>
        <w:pStyle w:val="ListBullet"/>
        <w:spacing w:after="80"/>
      </w:pPr>
      <w:r>
        <w:t>________________________________</w:t>
      </w:r>
    </w:p>
    <w:p>
      <w:pPr>
        <w:pStyle w:val="ListBullet"/>
        <w:spacing w:after="80"/>
      </w:pPr>
      <w:r>
        <w:t>________________________________</w:t>
      </w:r>
    </w:p>
    <w:p>
      <w:pPr>
        <w:pStyle w:val="ListBullet"/>
        <w:spacing w:after="80"/>
      </w:pPr>
      <w:r>
        <w:t>________________________________</w:t>
      </w:r>
    </w:p>
    <w:p>
      <w:pPr>
        <w:spacing w:after="80"/>
      </w:pPr>
      <w:r>
        <w:t>The most important constraints or risks are:</w:t>
      </w:r>
    </w:p>
    <w:p>
      <w:pPr>
        <w:pStyle w:val="ListBullet"/>
        <w:spacing w:after="80"/>
      </w:pPr>
      <w:r>
        <w:t>________________________________</w:t>
      </w:r>
    </w:p>
    <w:p>
      <w:pPr>
        <w:pStyle w:val="ListBullet"/>
        <w:spacing w:after="80"/>
      </w:pPr>
      <w:r>
        <w:t>________________________________</w:t>
      </w:r>
    </w:p>
    <w:p>
      <w:pPr>
        <w:pStyle w:val="Heading2"/>
        <w:spacing w:after="80"/>
      </w:pPr>
      <w:r>
        <w:t>3. UniFi Design Evidence</w:t>
      </w:r>
    </w:p>
    <w:p>
      <w:pPr>
        <w:spacing w:after="80"/>
      </w:pPr>
      <w:r>
        <w:t>Insert screenshots or exports showing:</w:t>
      </w:r>
    </w:p>
    <w:p>
      <w:pPr>
        <w:pStyle w:val="ListBullet"/>
        <w:spacing w:after="80"/>
      </w:pPr>
      <w:r>
        <w:t>[ ] imported or recreated floorplan</w:t>
      </w:r>
    </w:p>
    <w:p>
      <w:pPr>
        <w:pStyle w:val="ListBullet"/>
        <w:spacing w:after="80"/>
      </w:pPr>
      <w:r>
        <w:t>[ ] device placement</w:t>
      </w:r>
    </w:p>
    <w:p>
      <w:pPr>
        <w:pStyle w:val="ListBullet"/>
        <w:spacing w:after="80"/>
      </w:pPr>
      <w:r>
        <w:t>[ ] coverage or heatmap evidence</w:t>
      </w:r>
    </w:p>
    <w:p>
      <w:pPr>
        <w:pStyle w:val="ListBullet"/>
        <w:spacing w:after="80"/>
      </w:pPr>
      <w:r>
        <w:t>[ ] network core location</w:t>
      </w:r>
    </w:p>
    <w:p>
      <w:pPr>
        <w:pStyle w:val="ListBullet"/>
        <w:spacing w:after="80"/>
      </w:pPr>
      <w:r>
        <w:t>[ ] access point locations</w:t>
      </w:r>
    </w:p>
    <w:p>
      <w:pPr>
        <w:pStyle w:val="ListBullet"/>
        <w:spacing w:after="80"/>
      </w:pPr>
      <w:r>
        <w:t>[ ] device list or labels</w:t>
      </w:r>
    </w:p>
    <w:p>
      <w:pPr>
        <w:pStyle w:val="Heading2"/>
        <w:spacing w:after="80"/>
      </w:pPr>
      <w:r>
        <w:t>4. Recommended Network Type And Topology</w:t>
      </w:r>
    </w:p>
    <w:p>
      <w:pPr>
        <w:spacing w:after="80"/>
      </w:pPr>
      <w:r>
        <w:t>I recommend a __________________ network because:</w:t>
      </w:r>
    </w:p>
    <w:p>
      <w:pPr>
        <w:spacing w:after="80"/>
      </w:pPr>
      <w:r>
        <w:t>The WAN/internet connection is shown by:</w:t>
      </w:r>
    </w:p>
    <w:p>
      <w:pPr>
        <w:spacing w:after="80"/>
      </w:pPr>
      <w:r>
        <w:t>I recommend a star topology because:</w:t>
      </w:r>
    </w:p>
    <w:p>
      <w:pPr>
        <w:pStyle w:val="Heading2"/>
        <w:spacing w:after="80"/>
      </w:pPr>
      <w:r>
        <w:t>5. Logical Topology</w:t>
      </w:r>
    </w:p>
    <w:p>
      <w:pPr>
        <w:spacing w:after="80"/>
      </w:pPr>
      <w:r>
        <w:t>Show or describe the logical connection order.</w:t>
      </w:r>
    </w:p>
    <w:p>
      <w:pPr>
        <w:spacing w:after="80"/>
      </w:pPr>
      <w:r>
        <w:t>Example structure:</w:t>
      </w:r>
    </w:p>
    <w:p>
      <w:pPr>
        <w:spacing w:after="80"/>
      </w:pPr>
      <w:r>
        <w:rPr>
          <w:rFonts w:ascii="Courier New" w:hAnsi="Courier New"/>
          <w:sz w:val="17"/>
        </w:rPr>
        <w:t>Internet/WAN -&gt; modem/ONT -&gt; gateway/router/firewall -&gt; PoE switch -&gt; access points and wired devices</w:t>
      </w:r>
    </w:p>
    <w:p>
      <w:pPr>
        <w:spacing w:after="80"/>
      </w:pPr>
      <w:r>
        <w:t>My topology:</w:t>
      </w:r>
    </w:p>
    <w:p>
      <w:pPr>
        <w:pStyle w:val="Heading2"/>
        <w:spacing w:after="80"/>
      </w:pPr>
      <w:r>
        <w:t>6. Hardware Recommendations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Hardware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Included?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Function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Reason it suits the selected property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Modem/ONT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Gateway/router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Firewall/security gateway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Switch or PoE switch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Wireless access point/s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NIC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Bridge or mesh link if used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Other device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</w:tbl>
    <w:p>
      <w:pPr>
        <w:pStyle w:val="Heading2"/>
        <w:spacing w:after="80"/>
      </w:pPr>
      <w:r>
        <w:t>7. Transmission Media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Connection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Recommended medium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Reason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ISP/WAN connection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Gateway to switch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Switch to access points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Home office device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TV/media/gaming area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Cameras or doorbell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Mobile devices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</w:tbl>
    <w:p>
      <w:pPr>
        <w:pStyle w:val="Heading2"/>
        <w:spacing w:after="80"/>
      </w:pPr>
      <w:r>
        <w:t>8. Client-Server Or Peer-To-Peer</w:t>
      </w:r>
    </w:p>
    <w:p>
      <w:pPr>
        <w:spacing w:after="80"/>
      </w:pPr>
      <w:r>
        <w:t>For cloud services, email, smart home control or home office data, I recommend:</w:t>
      </w:r>
    </w:p>
    <w:p>
      <w:pPr>
        <w:spacing w:after="80"/>
      </w:pPr>
      <w:r>
        <w:t>This is suitable because:</w:t>
      </w:r>
    </w:p>
    <w:p>
      <w:pPr>
        <w:spacing w:after="80"/>
      </w:pPr>
      <w:r>
        <w:t>Peer-to-peer is suitable or limited because:</w:t>
      </w:r>
    </w:p>
    <w:p>
      <w:pPr>
        <w:pStyle w:val="Heading2"/>
        <w:spacing w:after="80"/>
      </w:pPr>
      <w:r>
        <w:t>9. Email Protocols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Protocol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Role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How it applies in this scenario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SMTP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IMAP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POP3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</w:tbl>
    <w:p>
      <w:pPr>
        <w:pStyle w:val="Heading2"/>
        <w:spacing w:after="80"/>
      </w:pPr>
      <w:r>
        <w:t>10. Security And Malware Response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Risk or need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Recommended protection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Justification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Wi-Fi access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Guest devices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IoT or smart home devices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Cameras or doorbell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Home office data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Malware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</w:r>
          </w:p>
        </w:tc>
      </w:tr>
    </w:tbl>
    <w:p>
      <w:pPr>
        <w:pStyle w:val="Heading2"/>
        <w:spacing w:after="80"/>
      </w:pPr>
      <w:r>
        <w:t>11. Final Justification</w:t>
      </w:r>
    </w:p>
    <w:p>
      <w:pPr>
        <w:spacing w:after="80"/>
      </w:pPr>
      <w:r>
        <w:t>My final design is suitable because:</w:t>
      </w:r>
    </w:p>
    <w:p>
      <w:pPr>
        <w:spacing w:after="80"/>
      </w:pPr>
      <w:r>
        <w:t>The strongest design choices are:</w:t>
      </w:r>
    </w:p>
    <w:p>
      <w:pPr>
        <w:pStyle w:val="ListNumber"/>
        <w:spacing w:after="80"/>
      </w:pPr>
      <w:r>
        <w:t>________________________________</w:t>
      </w:r>
    </w:p>
    <w:p>
      <w:pPr>
        <w:pStyle w:val="ListNumber"/>
        <w:spacing w:after="80"/>
      </w:pPr>
      <w:r>
        <w:t>________________________________</w:t>
      </w:r>
    </w:p>
    <w:p>
      <w:pPr>
        <w:pStyle w:val="ListNumber"/>
        <w:spacing w:after="80"/>
      </w:pPr>
      <w:r>
        <w:t>________________________________</w:t>
      </w:r>
    </w:p>
    <w:p>
      <w:pPr>
        <w:pStyle w:val="Heading2"/>
        <w:spacing w:after="80"/>
      </w:pPr>
      <w:r>
        <w:t>12. Limitations And Future Improvements</w:t>
      </w:r>
    </w:p>
    <w:p>
      <w:pPr>
        <w:spacing w:after="80"/>
      </w:pPr>
      <w:r>
        <w:t>Limitations or assumptions:</w:t>
      </w:r>
    </w:p>
    <w:p>
      <w:pPr>
        <w:pStyle w:val="ListBullet"/>
        <w:spacing w:after="80"/>
      </w:pPr>
      <w:r>
        <w:t>________________________________</w:t>
      </w:r>
    </w:p>
    <w:p>
      <w:pPr>
        <w:pStyle w:val="ListBullet"/>
        <w:spacing w:after="80"/>
      </w:pPr>
      <w:r>
        <w:t>________________________________</w:t>
      </w:r>
    </w:p>
    <w:p>
      <w:pPr>
        <w:spacing w:after="80"/>
      </w:pPr>
      <w:r>
        <w:t>Future improvements:</w:t>
      </w:r>
    </w:p>
    <w:p>
      <w:pPr>
        <w:pStyle w:val="ListBullet"/>
        <w:spacing w:after="80"/>
      </w:pPr>
      <w:r>
        <w:t>________________________________</w:t>
      </w:r>
    </w:p>
    <w:p>
      <w:pPr>
        <w:pStyle w:val="ListBullet"/>
        <w:spacing w:after="80"/>
      </w:pPr>
      <w:r>
        <w:t>________________________________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9E7B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