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8 Final Submission LMS Instructions</w:t>
      </w:r>
    </w:p>
    <w:p>
      <w:pPr>
        <w:spacing w:after="20"/>
      </w:pPr>
    </w:p>
    <w:p>
      <w:pPr>
        <w:spacing w:after="80"/>
      </w:pPr>
      <w:r>
        <w:t>Submit your Task 8 high value domestic network design package through the LMS.</w:t>
      </w:r>
    </w:p>
    <w:p>
      <w:pPr>
        <w:pStyle w:val="Heading2"/>
        <w:spacing w:after="80"/>
      </w:pPr>
      <w:r>
        <w:t>Submit These Files</w:t>
      </w:r>
    </w:p>
    <w:p>
      <w:pPr>
        <w:pStyle w:val="ListNumber"/>
        <w:spacing w:after="80"/>
      </w:pPr>
      <w:r>
        <w:t>Your completed justification/evidence document.</w:t>
      </w:r>
    </w:p>
    <w:p>
      <w:pPr>
        <w:pStyle w:val="ListNumber"/>
        <w:spacing w:after="80"/>
      </w:pPr>
      <w:r>
        <w:t>Your UniFi Design Center evidence as screenshots, PDF or exported images.</w:t>
      </w:r>
    </w:p>
    <w:p>
      <w:pPr>
        <w:pStyle w:val="ListNumber"/>
        <w:spacing w:after="80"/>
      </w:pPr>
      <w:r>
        <w:t>Your logical topology diagram or topology section.</w:t>
      </w:r>
    </w:p>
    <w:p>
      <w:pPr>
        <w:pStyle w:val="ListNumber"/>
        <w:spacing w:after="80"/>
      </w:pPr>
      <w:r>
        <w:t>Your property source record for the selected realestate.com.au listing.</w:t>
      </w:r>
    </w:p>
    <w:p>
      <w:pPr>
        <w:pStyle w:val="Heading2"/>
        <w:spacing w:after="80"/>
      </w:pPr>
      <w:r>
        <w:t>File Naming</w:t>
      </w:r>
    </w:p>
    <w:p>
      <w:pPr>
        <w:spacing w:after="80"/>
      </w:pPr>
      <w:r>
        <w:t>Use:</w:t>
      </w:r>
    </w:p>
    <w:p>
      <w:pPr>
        <w:spacing w:after="80"/>
      </w:pPr>
      <w:r>
        <w:rPr>
          <w:rFonts w:ascii="Courier New" w:hAnsi="Courier New"/>
          <w:sz w:val="18"/>
        </w:rPr>
        <w:t>CSCGT_Task8_2026_Surname_FirstName</w:t>
      </w:r>
    </w:p>
    <w:p>
      <w:pPr>
        <w:spacing w:after="80"/>
      </w:pPr>
      <w:r>
        <w:t>Add a clear ending for each file: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_Evidence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_UniFi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_Topology</w:t>
      </w:r>
    </w:p>
    <w:p>
      <w:pPr>
        <w:pStyle w:val="ListBullet"/>
        <w:spacing w:after="80"/>
      </w:pPr>
      <w:r>
        <w:rPr>
          <w:rFonts w:ascii="Courier New" w:hAnsi="Courier New"/>
          <w:sz w:val="18"/>
        </w:rPr>
        <w:t>_Justification</w:t>
      </w:r>
    </w:p>
    <w:p>
      <w:pPr>
        <w:pStyle w:val="Heading2"/>
        <w:spacing w:after="80"/>
      </w:pPr>
      <w:r>
        <w:t>LMS Comment</w:t>
      </w:r>
    </w:p>
    <w:p>
      <w:pPr>
        <w:spacing w:after="80"/>
      </w:pPr>
      <w:r>
        <w:t>In the LMS comment box, write:</w:t>
      </w:r>
    </w:p>
    <w:p>
      <w:pPr>
        <w:pStyle w:val="ListNumber"/>
        <w:spacing w:after="80"/>
      </w:pPr>
      <w:r>
        <w:t>which file contains your UniFi evidence</w:t>
      </w:r>
    </w:p>
    <w:p>
      <w:pPr>
        <w:pStyle w:val="ListNumber"/>
        <w:spacing w:after="80"/>
      </w:pPr>
      <w:r>
        <w:t>which file contains your final written justification</w:t>
      </w:r>
    </w:p>
    <w:p>
      <w:pPr>
        <w:pStyle w:val="ListNumber"/>
        <w:spacing w:after="80"/>
      </w:pPr>
      <w:r>
        <w:t>which property source you used</w:t>
      </w:r>
    </w:p>
    <w:p>
      <w:pPr>
        <w:pStyle w:val="ListNumber"/>
        <w:spacing w:after="80"/>
      </w:pPr>
      <w:r>
        <w:t>any assumptions about scale, walls or coverage</w:t>
      </w:r>
    </w:p>
    <w:p>
      <w:pPr>
        <w:pStyle w:val="ListNumber"/>
        <w:spacing w:after="80"/>
      </w:pPr>
      <w:r>
        <w:t>any source, example or asset you used</w:t>
      </w:r>
    </w:p>
    <w:p>
      <w:pPr>
        <w:pStyle w:val="Heading2"/>
        <w:spacing w:after="80"/>
      </w:pPr>
      <w:r>
        <w:t>Final Check</w:t>
      </w:r>
    </w:p>
    <w:p>
      <w:pPr>
        <w:pStyle w:val="ListBullet"/>
        <w:spacing w:after="80"/>
      </w:pPr>
      <w:r>
        <w:t>[ ] My evidence document opens.</w:t>
      </w:r>
    </w:p>
    <w:p>
      <w:pPr>
        <w:pStyle w:val="ListBullet"/>
        <w:spacing w:after="80"/>
      </w:pPr>
      <w:r>
        <w:t>[ ] My UniFi screenshots or export evidence opens.</w:t>
      </w:r>
    </w:p>
    <w:p>
      <w:pPr>
        <w:pStyle w:val="ListBullet"/>
        <w:spacing w:after="80"/>
      </w:pPr>
      <w:r>
        <w:t>[ ] My logical topology is included.</w:t>
      </w:r>
    </w:p>
    <w:p>
      <w:pPr>
        <w:pStyle w:val="ListBullet"/>
        <w:spacing w:after="80"/>
      </w:pPr>
      <w:r>
        <w:t>[ ] My files are named correctly.</w:t>
      </w:r>
    </w:p>
    <w:p>
      <w:pPr>
        <w:pStyle w:val="ListBullet"/>
        <w:spacing w:after="80"/>
      </w:pPr>
      <w:r>
        <w:t>[ ] My UniFi design and written response match.</w:t>
      </w:r>
    </w:p>
    <w:p>
      <w:pPr>
        <w:pStyle w:val="ListBullet"/>
        <w:spacing w:after="80"/>
      </w:pPr>
      <w:r>
        <w:t>[ ] I acknowledged the realestate.com.au listing and other sources.</w:t>
      </w:r>
    </w:p>
    <w:p>
      <w:pPr>
        <w:pStyle w:val="ListBullet"/>
        <w:spacing w:after="80"/>
      </w:pPr>
      <w:r>
        <w:t>[ ] I did not publish the floorplan or address outside my assessment submission.</w:t>
      </w:r>
    </w:p>
    <w:p>
      <w:pPr>
        <w:pStyle w:val="ListBullet"/>
        <w:spacing w:after="80"/>
      </w:pPr>
      <w:r>
        <w:t>[ ] I submitted through the correct LMS upload location.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9E7B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3A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